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الاصول البيولوجية : النبات والحيوان - الدواجن والبيض - تربية النحل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احمد حلمي جمعة/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9789957248505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المحاسبة/ القياس المحاسبي/ الاصول البيولوجية/ الانتاج الحيواني/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