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المبيعات والتسويق في المنظمات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تنافسية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