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التأمين : بحوث علمية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9789957244729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