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اخطار شركات التأمين (اخطار الاكتتاب , اخطار الاستثمار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احمد ابوبكر/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الخطر/ الاستثمار المالي/ محاسبة شركات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