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اص والتصنيف والتقييم للنفط و منتجات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مد ناصر بن هره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9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فط/ الزيت الخام/ الخواص الفيزيائية/ تصنيف النفط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