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سعر الصرف الحقيقي التوازني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الرزاق بن الزاوي/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9789957127589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سعر الصرف/ الاداري الاقتصاد/ سوق الصرف/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