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وتطوير نظام تقويم أداء 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وليد حميد رشيد الأميري/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تقييم الاداء/ نظم تقويم/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