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: مفاهيم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عطا الله علي الزبون/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9789957127183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ادارة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