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عاصم الاعرجي/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9789957890599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الاداري/ اتخاذ القرارات/ الازمات الادارية/ التهديم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