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المصارف وخصوصية العمل 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السلام لفته سعيد/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الذاكرة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9789933914370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القروض البنكية/ التسليف/ الودائع البنكية/ استثمارات رؤوس الاموال/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