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عطا الله علي الزبون/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9789957126605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المنافسة/ الاردن/ الاداري الاقتصاد/ التجارة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