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المفاهيم والمصطلحات واعادة الصياغة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مانويل سيليوكونسيساو/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9789957705435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المصطلحات/ الصياغة/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