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القرى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 كاظم خلخال الشيباني/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9789957760618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