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دراسات في الدلالة القرانية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حسين محيسن ختلان البكري/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دجلة/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252ص.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9789957712402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اللغة العربية/ ألفاظ القرآن/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