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التشكيلي في اللساني : مقاربة في خطاب السياب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الستار عبد الله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الرسم/ اللوحة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