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معجم التصحيحات اللغوية المعاصرة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غازي جاسم العنبكي/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176ص.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9789957712457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معجم/ التصحيحات اللغوية/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