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الخطاب الحواري في نظرية النحو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سعيدة علي زيغد/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9789957025755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الخطاب/ نظرية النحو الوظيفي/ الخطاب الحجاجي/ النقلة/ الروابط الحجاجية/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