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النصوص الادبية في 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سعد الدين احمد/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الراية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9789957579098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النصوص الأدبية/ التركيب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