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الجاهليين : في الدراسات الادبية والنقدية القديمة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