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التماسك النصي للاستخدام اللغوي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محمد عبد الله مفتاح/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الدلالي/ المستوى النحوي/ المستوى المعجمي/ التماسك/ شعر الخنساء/ المستوى المتداولي/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