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تخوم التسمية و الاصطلاح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أمطوش/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9789957327866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المعجم/ المصطلحات/ التسمية/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