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تاويلية الصورة المبنية على المشابهة:صورة الطلل الكتاب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هشام القلفاط/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صورة الطلل/ المشابهة/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