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والسيمياء والمعرفة : محاولات في ترجمة العلوم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صابر الحباشنة/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9789957334123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علم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