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الحجاج : تطبيق على نثر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لدية/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