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تاملات في الشعر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مسعد بن عيد العطوي/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9786030155392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نقد/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