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الاعلال في العربية : دراسة صرفية - صواتية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رفيق البوحسيني/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الإعلال/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