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النقدي والصناعة المعجمية : دراسة في المعاجم المصطلحية وأشكالاتها المنهجية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9789957743734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المعجم/ المصطلحات/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