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حجاجية الخطاب في ابداعات التوحيدي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أميمة صبحي/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789957743505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الحجاج/ البديع/ السياق/ الأيديولوجيات/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