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العربية للناطقين بغيرها في ضوء اللسانيات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حسين ابو عمشة/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789957744014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تعليم اللغات/ النظرية اللسانية/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