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اوزان الشعر العربي وقوافيه : دراسة في عروض شعر الشطرين والشعر الحر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إسيود البشير/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العروض/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