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مقاربات في الخطاب النقدي لمدرسة فرانكفورت من ماكس هوركهايمر ألى هارتموت روزا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كمال بومنير/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الأيام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188ص.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9789957563929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الفلسفة/ الفلسفة النقدية/ المدارس الفلسفية/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