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تعبيرية الاشياء من المحاكاة الى التذويت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الاء علي عبود الحاتمي/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التعبيرية/ الفنون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