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تدريس اللغة العربية للناطقين بغيرها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داود عبده/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