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البيان والدلالة في النسقين , البلاغي والاصولي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الدلالة/ البيان/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