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اندلسيات في تحقيق النص الشعري الاندلسي و 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عويد الساير/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9789957572938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النص الشعري/ الشعر الأندلسي/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