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الاندلسية في عصر الطوائف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ياسر رشيد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9789957960162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الأندلس/ عصر الطوائف/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