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النقدي المغامر في المغامرة الجمالية للنص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9789957708627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النقدي/ نقد النقد/ المغامرة الجمالية/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