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الاستعارة في البلاغة الغربية من اريسطو الى لايكوف ومارك جونسون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العزيز لحويدق/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9789957743536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الإستعارة/ البلاغة الغربية/ أرسطو/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