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في السيمياء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الدلالة/ السيميائية/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