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الشخصية في رواية بم تحلم الذئاب لياسمينة خضرا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مغزيلي منى/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800117811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