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Y. Bassaglia/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9782224032555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