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Découvrir la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Claude Allègre/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Livre De Poche/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9782253176671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