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TD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statistique (mathématiques),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des probabilités/ statistique (mathématiques/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principaux concepts de la théorie des probabilités et de la statistique, avec plus de 180 questions et exercices corrigés : QCM, sujets de réflexion, annales.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