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méthode statistique :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 Goldfarb/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statistique (mathématiques), méthode statistique, statistiques économiques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9782100591671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statistique/ statistique(mathématiques/ statistiques économiques/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méthodes de base de la statistique : distribution statistique, séries chronologiques, modèles statistiques discrets et continus. L'ouvrage fait également le point sur les éléments de probabilité, modèle probabiliste et variable aléatoire, associés à des applications informatiques comme Excel et SPSS. Propose des synthèses pédagogiques, des tests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