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About language : tasks for teachers of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9780521427203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