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Business goals 1 : student's book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Gareth Knight/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Cambridge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28*22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9780521755375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