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goals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Amanda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9780521617857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