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 : elementry to pre-intermediate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9780521128278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