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personal study 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9780521753647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