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cond language classroo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aig Chaud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4596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